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AEC5C" w14:textId="6DB978CA" w:rsidR="00014E76" w:rsidRPr="00152250" w:rsidRDefault="00D223CB">
      <w:pPr>
        <w:spacing w:after="240"/>
        <w:jc w:val="center"/>
        <w:rPr>
          <w:rFonts w:ascii="標楷體" w:eastAsia="標楷體" w:hAnsi="標楷體"/>
          <w:lang w:eastAsia="zh-TW"/>
        </w:rPr>
      </w:pPr>
      <w:r w:rsidRPr="00152250">
        <w:rPr>
          <w:rFonts w:ascii="標楷體" w:eastAsia="標楷體" w:hAnsi="標楷體" w:hint="eastAsia"/>
          <w:b/>
          <w:sz w:val="36"/>
          <w:lang w:eastAsia="zh-TW"/>
        </w:rPr>
        <w:t>115年校園</w:t>
      </w:r>
      <w:r w:rsidR="00152250" w:rsidRPr="00152250">
        <w:rPr>
          <w:rFonts w:ascii="標楷體" w:eastAsia="標楷體" w:hAnsi="標楷體"/>
          <w:b/>
          <w:sz w:val="36"/>
          <w:lang w:eastAsia="zh-TW"/>
        </w:rPr>
        <w:t>問題油品團體訴訟作業說明</w:t>
      </w:r>
      <w:r w:rsidR="004F6263">
        <w:rPr>
          <w:rFonts w:ascii="標楷體" w:eastAsia="標楷體" w:hAnsi="標楷體" w:hint="eastAsia"/>
          <w:b/>
          <w:sz w:val="36"/>
          <w:lang w:eastAsia="zh-TW"/>
        </w:rPr>
        <w:t xml:space="preserve"> </w:t>
      </w:r>
    </w:p>
    <w:p w14:paraId="3B3A7C1C" w14:textId="77777777" w:rsidR="00014E76" w:rsidRPr="00152250" w:rsidRDefault="00152250">
      <w:pPr>
        <w:spacing w:after="160"/>
        <w:rPr>
          <w:rFonts w:ascii="標楷體" w:eastAsia="標楷體" w:hAnsi="標楷體"/>
          <w:sz w:val="28"/>
          <w:szCs w:val="28"/>
          <w:lang w:eastAsia="zh-TW"/>
        </w:rPr>
      </w:pPr>
      <w:r w:rsidRPr="00152250">
        <w:rPr>
          <w:rFonts w:ascii="標楷體" w:eastAsia="標楷體" w:hAnsi="標楷體"/>
          <w:b/>
          <w:sz w:val="28"/>
          <w:szCs w:val="28"/>
          <w:lang w:eastAsia="zh-TW"/>
        </w:rPr>
        <w:t>親愛的家長您好：</w:t>
      </w:r>
    </w:p>
    <w:p w14:paraId="4DB80D39" w14:textId="77777777" w:rsidR="00AB59F1" w:rsidRDefault="000C0059">
      <w:pPr>
        <w:spacing w:after="140" w:line="324" w:lineRule="auto"/>
        <w:ind w:firstLine="482"/>
        <w:rPr>
          <w:rFonts w:ascii="標楷體" w:eastAsia="標楷體" w:hAnsi="標楷體"/>
          <w:color w:val="000000" w:themeColor="text1"/>
          <w:sz w:val="28"/>
          <w:szCs w:val="28"/>
          <w:lang w:eastAsia="zh-TW"/>
        </w:rPr>
      </w:pPr>
      <w:r w:rsidRPr="000C0059">
        <w:rPr>
          <w:rFonts w:ascii="標楷體" w:eastAsia="標楷體" w:hAnsi="標楷體" w:hint="eastAsia"/>
          <w:sz w:val="28"/>
          <w:szCs w:val="28"/>
          <w:lang w:eastAsia="zh-TW"/>
        </w:rPr>
        <w:t>衛生福利部食品藥物管理署</w:t>
      </w:r>
      <w:r w:rsidR="00152250" w:rsidRPr="00152250">
        <w:rPr>
          <w:rFonts w:ascii="標楷體" w:eastAsia="標楷體" w:hAnsi="標楷體"/>
          <w:sz w:val="28"/>
          <w:szCs w:val="28"/>
          <w:lang w:eastAsia="zh-TW"/>
        </w:rPr>
        <w:t>於115年</w:t>
      </w:r>
      <w:r w:rsidR="00D223CB" w:rsidRPr="00152250">
        <w:rPr>
          <w:rFonts w:ascii="標楷體" w:eastAsia="標楷體" w:hAnsi="標楷體" w:hint="eastAsia"/>
          <w:sz w:val="28"/>
          <w:szCs w:val="28"/>
          <w:lang w:eastAsia="zh-TW"/>
        </w:rPr>
        <w:t>7月初</w:t>
      </w:r>
      <w:r w:rsidR="00152250" w:rsidRPr="00152250">
        <w:rPr>
          <w:rFonts w:ascii="標楷體" w:eastAsia="標楷體" w:hAnsi="標楷體"/>
          <w:sz w:val="28"/>
          <w:szCs w:val="28"/>
          <w:lang w:eastAsia="zh-TW"/>
        </w:rPr>
        <w:t>公布問題油品相關資訊後，本</w:t>
      </w:r>
      <w:r w:rsidR="00D223CB" w:rsidRPr="00152250">
        <w:rPr>
          <w:rFonts w:ascii="標楷體" w:eastAsia="標楷體" w:hAnsi="標楷體" w:hint="eastAsia"/>
          <w:sz w:val="28"/>
          <w:szCs w:val="28"/>
          <w:lang w:eastAsia="zh-TW"/>
        </w:rPr>
        <w:t>校</w:t>
      </w:r>
      <w:r w:rsidR="00152250" w:rsidRPr="00152250">
        <w:rPr>
          <w:rFonts w:ascii="標楷體" w:eastAsia="標楷體" w:hAnsi="標楷體"/>
          <w:sz w:val="28"/>
          <w:szCs w:val="28"/>
          <w:lang w:eastAsia="zh-TW"/>
        </w:rPr>
        <w:t>即依中央公告內容辦理校園午餐使用</w:t>
      </w:r>
      <w:r w:rsidR="00152250" w:rsidRPr="00AB59F1">
        <w:rPr>
          <w:rFonts w:ascii="標楷體" w:eastAsia="標楷體" w:hAnsi="標楷體"/>
          <w:color w:val="000000" w:themeColor="text1"/>
          <w:sz w:val="28"/>
          <w:szCs w:val="28"/>
          <w:lang w:eastAsia="zh-TW"/>
        </w:rPr>
        <w:t>情形</w:t>
      </w:r>
      <w:r w:rsidR="00CA14CA" w:rsidRPr="00AB59F1">
        <w:rPr>
          <w:rFonts w:ascii="標楷體" w:eastAsia="標楷體" w:hAnsi="標楷體" w:hint="eastAsia"/>
          <w:color w:val="000000" w:themeColor="text1"/>
          <w:sz w:val="28"/>
          <w:szCs w:val="28"/>
          <w:lang w:eastAsia="zh-TW"/>
        </w:rPr>
        <w:t>盤點。</w:t>
      </w:r>
    </w:p>
    <w:p w14:paraId="28E00F63" w14:textId="77777777" w:rsidR="00014E76" w:rsidRPr="00152250" w:rsidRDefault="00152250">
      <w:pPr>
        <w:spacing w:after="140" w:line="324" w:lineRule="auto"/>
        <w:ind w:firstLine="482"/>
        <w:rPr>
          <w:rFonts w:ascii="標楷體" w:eastAsia="標楷體" w:hAnsi="標楷體"/>
          <w:sz w:val="28"/>
          <w:szCs w:val="28"/>
          <w:lang w:eastAsia="zh-TW"/>
        </w:rPr>
      </w:pPr>
      <w:r w:rsidRPr="00152250">
        <w:rPr>
          <w:rFonts w:ascii="標楷體" w:eastAsia="標楷體" w:hAnsi="標楷體"/>
          <w:sz w:val="28"/>
          <w:szCs w:val="28"/>
          <w:lang w:eastAsia="zh-TW"/>
        </w:rPr>
        <w:t>經本校比對驗收及供餐等相關紀錄確認曾使用中央公告所列問題油品，相關資訊如下：</w:t>
      </w:r>
    </w:p>
    <w:tbl>
      <w:tblPr>
        <w:tblStyle w:val="aff2"/>
        <w:tblW w:w="0" w:type="auto"/>
        <w:jc w:val="center"/>
        <w:tblLook w:val="04A0" w:firstRow="1" w:lastRow="0" w:firstColumn="1" w:lastColumn="0" w:noHBand="0" w:noVBand="1"/>
      </w:tblPr>
      <w:tblGrid>
        <w:gridCol w:w="4530"/>
        <w:gridCol w:w="5432"/>
      </w:tblGrid>
      <w:tr w:rsidR="00014E76" w:rsidRPr="00152250" w14:paraId="34AFF903" w14:textId="77777777" w:rsidTr="000C0059">
        <w:trPr>
          <w:jc w:val="center"/>
        </w:trPr>
        <w:tc>
          <w:tcPr>
            <w:tcW w:w="4536" w:type="dxa"/>
            <w:vAlign w:val="center"/>
          </w:tcPr>
          <w:p w14:paraId="36BB0DFA" w14:textId="77777777" w:rsidR="00014E76" w:rsidRPr="00152250" w:rsidRDefault="00152250">
            <w:pPr>
              <w:jc w:val="center"/>
              <w:rPr>
                <w:rFonts w:ascii="標楷體" w:eastAsia="標楷體" w:hAnsi="標楷體"/>
                <w:sz w:val="32"/>
              </w:rPr>
            </w:pPr>
            <w:r w:rsidRPr="00152250">
              <w:rPr>
                <w:rFonts w:ascii="標楷體" w:eastAsia="標楷體" w:hAnsi="標楷體"/>
                <w:b/>
                <w:sz w:val="32"/>
              </w:rPr>
              <w:t>問題油品品項</w:t>
            </w:r>
          </w:p>
        </w:tc>
        <w:tc>
          <w:tcPr>
            <w:tcW w:w="5436" w:type="dxa"/>
            <w:vAlign w:val="center"/>
          </w:tcPr>
          <w:p w14:paraId="4113EE76" w14:textId="11EDDACD" w:rsidR="00014E76" w:rsidRPr="00152250" w:rsidRDefault="008A3FB0">
            <w:pPr>
              <w:jc w:val="center"/>
              <w:rPr>
                <w:rFonts w:ascii="標楷體" w:eastAsia="標楷體" w:hAnsi="標楷體"/>
                <w:sz w:val="32"/>
              </w:rPr>
            </w:pPr>
            <w:r>
              <w:rPr>
                <w:rFonts w:ascii="標楷體" w:eastAsia="標楷體" w:hAnsi="標楷體" w:hint="eastAsia"/>
                <w:sz w:val="32"/>
                <w:lang w:eastAsia="zh-TW"/>
              </w:rPr>
              <w:t>益康烹調油(18L/桶)</w:t>
            </w:r>
          </w:p>
        </w:tc>
      </w:tr>
      <w:tr w:rsidR="00014E76" w:rsidRPr="00152250" w14:paraId="4D21CDB9" w14:textId="77777777" w:rsidTr="000C0059">
        <w:trPr>
          <w:jc w:val="center"/>
        </w:trPr>
        <w:tc>
          <w:tcPr>
            <w:tcW w:w="4536" w:type="dxa"/>
            <w:vAlign w:val="center"/>
          </w:tcPr>
          <w:p w14:paraId="5DF0C141" w14:textId="77777777" w:rsidR="00014E76" w:rsidRPr="00152250" w:rsidRDefault="00152250">
            <w:pPr>
              <w:jc w:val="center"/>
              <w:rPr>
                <w:rFonts w:ascii="標楷體" w:eastAsia="標楷體" w:hAnsi="標楷體"/>
                <w:sz w:val="32"/>
              </w:rPr>
            </w:pPr>
            <w:r w:rsidRPr="00152250">
              <w:rPr>
                <w:rFonts w:ascii="標楷體" w:eastAsia="標楷體" w:hAnsi="標楷體"/>
                <w:b/>
                <w:sz w:val="32"/>
              </w:rPr>
              <w:t>問題油品批號</w:t>
            </w:r>
          </w:p>
        </w:tc>
        <w:tc>
          <w:tcPr>
            <w:tcW w:w="5436" w:type="dxa"/>
            <w:vAlign w:val="center"/>
          </w:tcPr>
          <w:p w14:paraId="7832BA4B" w14:textId="0A5ABEB5" w:rsidR="00014E76" w:rsidRPr="00152250" w:rsidRDefault="008A3FB0">
            <w:pPr>
              <w:jc w:val="center"/>
              <w:rPr>
                <w:rFonts w:ascii="標楷體" w:eastAsia="標楷體" w:hAnsi="標楷體"/>
                <w:sz w:val="32"/>
                <w:lang w:eastAsia="zh-TW"/>
              </w:rPr>
            </w:pPr>
            <w:r>
              <w:rPr>
                <w:rFonts w:ascii="標楷體" w:eastAsia="標楷體" w:hAnsi="標楷體" w:hint="eastAsia"/>
                <w:sz w:val="32"/>
                <w:lang w:eastAsia="zh-TW"/>
              </w:rPr>
              <w:t>2</w:t>
            </w:r>
            <w:r>
              <w:rPr>
                <w:rFonts w:ascii="標楷體" w:eastAsia="標楷體" w:hAnsi="標楷體"/>
                <w:sz w:val="32"/>
                <w:lang w:eastAsia="zh-TW"/>
              </w:rPr>
              <w:t>0270416000403</w:t>
            </w:r>
          </w:p>
        </w:tc>
      </w:tr>
      <w:tr w:rsidR="00014E76" w:rsidRPr="00152250" w14:paraId="55D5EC2E" w14:textId="77777777" w:rsidTr="000C0059">
        <w:trPr>
          <w:jc w:val="center"/>
        </w:trPr>
        <w:tc>
          <w:tcPr>
            <w:tcW w:w="4536" w:type="dxa"/>
            <w:vAlign w:val="center"/>
          </w:tcPr>
          <w:p w14:paraId="24DE236D" w14:textId="77777777" w:rsidR="00014E76" w:rsidRPr="00152250" w:rsidRDefault="00152250">
            <w:pPr>
              <w:jc w:val="center"/>
              <w:rPr>
                <w:rFonts w:ascii="標楷體" w:eastAsia="標楷體" w:hAnsi="標楷體"/>
                <w:sz w:val="32"/>
              </w:rPr>
            </w:pPr>
            <w:r w:rsidRPr="00152250">
              <w:rPr>
                <w:rFonts w:ascii="標楷體" w:eastAsia="標楷體" w:hAnsi="標楷體"/>
                <w:b/>
                <w:sz w:val="32"/>
              </w:rPr>
              <w:t>使用期間</w:t>
            </w:r>
          </w:p>
        </w:tc>
        <w:tc>
          <w:tcPr>
            <w:tcW w:w="5436" w:type="dxa"/>
            <w:vAlign w:val="center"/>
          </w:tcPr>
          <w:p w14:paraId="7901D1AE" w14:textId="4F9B912E" w:rsidR="00014E76" w:rsidRPr="00152250" w:rsidRDefault="00152250">
            <w:pPr>
              <w:jc w:val="center"/>
              <w:rPr>
                <w:rFonts w:ascii="標楷體" w:eastAsia="標楷體" w:hAnsi="標楷體"/>
                <w:sz w:val="32"/>
              </w:rPr>
            </w:pPr>
            <w:r w:rsidRPr="00152250">
              <w:rPr>
                <w:rFonts w:ascii="標楷體" w:eastAsia="標楷體" w:hAnsi="標楷體"/>
                <w:sz w:val="32"/>
              </w:rPr>
              <w:t>115年</w:t>
            </w:r>
            <w:r w:rsidR="00CF26E8">
              <w:rPr>
                <w:rFonts w:ascii="標楷體" w:eastAsia="標楷體" w:hAnsi="標楷體" w:hint="eastAsia"/>
                <w:sz w:val="32"/>
                <w:lang w:eastAsia="zh-TW"/>
              </w:rPr>
              <w:t>5</w:t>
            </w:r>
            <w:r w:rsidRPr="00152250">
              <w:rPr>
                <w:rFonts w:ascii="標楷體" w:eastAsia="標楷體" w:hAnsi="標楷體"/>
                <w:sz w:val="32"/>
              </w:rPr>
              <w:t>月</w:t>
            </w:r>
            <w:r w:rsidR="00CF26E8">
              <w:rPr>
                <w:rFonts w:ascii="標楷體" w:eastAsia="標楷體" w:hAnsi="標楷體" w:hint="eastAsia"/>
                <w:sz w:val="32"/>
                <w:lang w:eastAsia="zh-TW"/>
              </w:rPr>
              <w:t>20</w:t>
            </w:r>
            <w:r w:rsidRPr="00152250">
              <w:rPr>
                <w:rFonts w:ascii="標楷體" w:eastAsia="標楷體" w:hAnsi="標楷體"/>
                <w:sz w:val="32"/>
              </w:rPr>
              <w:t>日</w:t>
            </w:r>
          </w:p>
        </w:tc>
      </w:tr>
    </w:tbl>
    <w:p w14:paraId="0AD2972D" w14:textId="77777777" w:rsidR="00014E76" w:rsidRPr="00152250" w:rsidRDefault="00014E76">
      <w:pPr>
        <w:spacing w:after="0"/>
        <w:rPr>
          <w:rFonts w:ascii="標楷體" w:eastAsia="標楷體" w:hAnsi="標楷體"/>
          <w:sz w:val="28"/>
          <w:szCs w:val="28"/>
        </w:rPr>
      </w:pPr>
    </w:p>
    <w:p w14:paraId="4BFE537E" w14:textId="77777777" w:rsidR="00014E76" w:rsidRPr="00152250" w:rsidRDefault="00152250">
      <w:pPr>
        <w:spacing w:after="140" w:line="324" w:lineRule="auto"/>
        <w:ind w:firstLine="482"/>
        <w:rPr>
          <w:rFonts w:ascii="標楷體" w:eastAsia="標楷體" w:hAnsi="標楷體"/>
          <w:sz w:val="28"/>
          <w:szCs w:val="28"/>
          <w:lang w:eastAsia="zh-TW"/>
        </w:rPr>
      </w:pPr>
      <w:r w:rsidRPr="00152250">
        <w:rPr>
          <w:rFonts w:ascii="標楷體" w:eastAsia="標楷體" w:hAnsi="標楷體"/>
          <w:sz w:val="28"/>
          <w:szCs w:val="28"/>
          <w:lang w:eastAsia="zh-TW"/>
        </w:rPr>
        <w:t>為協助學生及家長維護相關權益，本校配合社團法人台灣消費者保護協會（</w:t>
      </w:r>
      <w:r w:rsidRPr="00152250">
        <w:rPr>
          <w:rFonts w:ascii="標楷體" w:eastAsia="標楷體" w:hAnsi="標楷體" w:hint="eastAsia"/>
          <w:sz w:val="28"/>
          <w:szCs w:val="28"/>
          <w:lang w:eastAsia="zh-TW"/>
        </w:rPr>
        <w:t>以下簡稱</w:t>
      </w:r>
      <w:r w:rsidRPr="00152250">
        <w:rPr>
          <w:rFonts w:ascii="標楷體" w:eastAsia="標楷體" w:hAnsi="標楷體"/>
          <w:sz w:val="28"/>
          <w:szCs w:val="28"/>
          <w:lang w:eastAsia="zh-TW"/>
        </w:rPr>
        <w:t>台消會），依《消費者保護法》第50條辦理團體訴訟相關資料彙整作業。</w:t>
      </w:r>
    </w:p>
    <w:p w14:paraId="76D5E0D0" w14:textId="73C2FCAA" w:rsidR="00014E76" w:rsidRPr="00152250" w:rsidRDefault="00C15323">
      <w:pPr>
        <w:spacing w:after="140" w:line="324" w:lineRule="auto"/>
        <w:ind w:firstLine="482"/>
        <w:rPr>
          <w:rFonts w:ascii="標楷體" w:eastAsia="標楷體" w:hAnsi="標楷體"/>
          <w:sz w:val="28"/>
          <w:szCs w:val="28"/>
          <w:lang w:eastAsia="zh-TW"/>
        </w:rPr>
      </w:pPr>
      <w:r>
        <w:rPr>
          <w:rFonts w:ascii="標楷體" w:eastAsia="標楷體" w:hAnsi="標楷體" w:hint="eastAsia"/>
          <w:sz w:val="28"/>
          <w:szCs w:val="28"/>
          <w:lang w:eastAsia="zh-TW"/>
        </w:rPr>
        <w:t>本團體訴訟適用對象為</w:t>
      </w:r>
      <w:r w:rsidRPr="00C15323">
        <w:rPr>
          <w:rFonts w:ascii="標楷體" w:eastAsia="標楷體" w:hAnsi="標楷體" w:hint="eastAsia"/>
          <w:sz w:val="28"/>
          <w:szCs w:val="28"/>
          <w:lang w:eastAsia="zh-TW"/>
        </w:rPr>
        <w:t>問題油品</w:t>
      </w:r>
      <w:r>
        <w:rPr>
          <w:rFonts w:ascii="標楷體" w:eastAsia="標楷體" w:hAnsi="標楷體" w:hint="eastAsia"/>
          <w:sz w:val="28"/>
          <w:szCs w:val="28"/>
          <w:lang w:eastAsia="zh-TW"/>
        </w:rPr>
        <w:t>使用</w:t>
      </w:r>
      <w:r w:rsidRPr="00C15323">
        <w:rPr>
          <w:rFonts w:ascii="標楷體" w:eastAsia="標楷體" w:hAnsi="標楷體" w:hint="eastAsia"/>
          <w:sz w:val="28"/>
          <w:szCs w:val="28"/>
          <w:lang w:eastAsia="zh-TW"/>
        </w:rPr>
        <w:t>期間實際參</w:t>
      </w:r>
      <w:r w:rsidR="00C06941">
        <w:rPr>
          <w:rFonts w:ascii="標楷體" w:eastAsia="標楷體" w:hAnsi="標楷體" w:hint="eastAsia"/>
          <w:sz w:val="28"/>
          <w:szCs w:val="28"/>
          <w:lang w:eastAsia="zh-TW"/>
        </w:rPr>
        <w:t>加</w:t>
      </w:r>
      <w:r w:rsidRPr="00C15323">
        <w:rPr>
          <w:rFonts w:ascii="標楷體" w:eastAsia="標楷體" w:hAnsi="標楷體" w:hint="eastAsia"/>
          <w:sz w:val="28"/>
          <w:szCs w:val="28"/>
          <w:lang w:eastAsia="zh-TW"/>
        </w:rPr>
        <w:t>學校午餐者</w:t>
      </w:r>
      <w:r w:rsidR="00C06941">
        <w:rPr>
          <w:rFonts w:ascii="標楷體" w:eastAsia="標楷體" w:hAnsi="標楷體" w:hint="eastAsia"/>
          <w:sz w:val="28"/>
          <w:szCs w:val="28"/>
          <w:lang w:eastAsia="zh-TW"/>
        </w:rPr>
        <w:t>(自備餐點者不適用)</w:t>
      </w:r>
      <w:r w:rsidRPr="00C15323">
        <w:rPr>
          <w:rFonts w:ascii="標楷體" w:eastAsia="標楷體" w:hAnsi="標楷體"/>
          <w:sz w:val="28"/>
          <w:szCs w:val="28"/>
          <w:lang w:eastAsia="zh-TW"/>
        </w:rPr>
        <w:t>，</w:t>
      </w:r>
      <w:r>
        <w:rPr>
          <w:rFonts w:ascii="標楷體" w:eastAsia="標楷體" w:hAnsi="標楷體" w:hint="eastAsia"/>
          <w:sz w:val="28"/>
          <w:szCs w:val="28"/>
          <w:lang w:eastAsia="zh-TW"/>
        </w:rPr>
        <w:t>如</w:t>
      </w:r>
      <w:r w:rsidR="00152250" w:rsidRPr="00152250">
        <w:rPr>
          <w:rFonts w:ascii="標楷體" w:eastAsia="標楷體" w:hAnsi="標楷體"/>
          <w:sz w:val="28"/>
          <w:szCs w:val="28"/>
          <w:lang w:eastAsia="zh-TW"/>
        </w:rPr>
        <w:t>家長有意願參與本次團體訴訟，</w:t>
      </w:r>
      <w:r w:rsidR="00152250" w:rsidRPr="00ED01D1">
        <w:rPr>
          <w:rFonts w:ascii="標楷體" w:eastAsia="標楷體" w:hAnsi="標楷體"/>
          <w:sz w:val="28"/>
          <w:szCs w:val="28"/>
          <w:highlight w:val="yellow"/>
          <w:lang w:eastAsia="zh-TW"/>
        </w:rPr>
        <w:t>請</w:t>
      </w:r>
      <w:r w:rsidR="00097A80" w:rsidRPr="00ED01D1">
        <w:rPr>
          <w:rFonts w:ascii="標楷體" w:eastAsia="標楷體" w:hAnsi="標楷體" w:hint="eastAsia"/>
          <w:sz w:val="28"/>
          <w:szCs w:val="28"/>
          <w:highlight w:val="yellow"/>
          <w:lang w:eastAsia="zh-TW"/>
        </w:rPr>
        <w:t>詳閱後附資料，並</w:t>
      </w:r>
      <w:r w:rsidR="00152250" w:rsidRPr="00ED01D1">
        <w:rPr>
          <w:rFonts w:ascii="標楷體" w:eastAsia="標楷體" w:hAnsi="標楷體"/>
          <w:sz w:val="28"/>
          <w:szCs w:val="28"/>
          <w:highlight w:val="yellow"/>
          <w:lang w:eastAsia="zh-TW"/>
        </w:rPr>
        <w:t>填寫台消會提供之3份申請表格</w:t>
      </w:r>
      <w:r w:rsidR="00BB477D">
        <w:rPr>
          <w:rFonts w:ascii="標楷體" w:eastAsia="標楷體" w:hAnsi="標楷體" w:hint="eastAsia"/>
          <w:sz w:val="28"/>
          <w:szCs w:val="28"/>
          <w:highlight w:val="yellow"/>
          <w:lang w:eastAsia="zh-TW"/>
        </w:rPr>
        <w:t>、</w:t>
      </w:r>
      <w:r w:rsidR="00BB477D" w:rsidRPr="00ED01D1">
        <w:rPr>
          <w:rFonts w:ascii="標楷體" w:eastAsia="標楷體" w:hAnsi="標楷體"/>
          <w:sz w:val="28"/>
          <w:szCs w:val="28"/>
          <w:highlight w:val="yellow"/>
          <w:lang w:eastAsia="zh-TW"/>
        </w:rPr>
        <w:t>檢具相關證明資料</w:t>
      </w:r>
      <w:r w:rsidR="00152250" w:rsidRPr="00ED01D1">
        <w:rPr>
          <w:rFonts w:ascii="標楷體" w:eastAsia="標楷體" w:hAnsi="標楷體"/>
          <w:sz w:val="28"/>
          <w:szCs w:val="28"/>
          <w:highlight w:val="yellow"/>
          <w:lang w:eastAsia="zh-TW"/>
        </w:rPr>
        <w:t>，</w:t>
      </w:r>
      <w:r w:rsidR="00BB477D" w:rsidRPr="00BB477D">
        <w:rPr>
          <w:rFonts w:ascii="標楷體" w:eastAsia="標楷體" w:hAnsi="標楷體" w:hint="eastAsia"/>
          <w:sz w:val="28"/>
          <w:szCs w:val="28"/>
          <w:highlight w:val="yellow"/>
          <w:lang w:eastAsia="zh-TW"/>
        </w:rPr>
        <w:t>確認</w:t>
      </w:r>
      <w:r w:rsidR="00BB477D" w:rsidRPr="00BB477D">
        <w:rPr>
          <w:rFonts w:ascii="標楷體" w:eastAsia="標楷體" w:hAnsi="標楷體"/>
          <w:sz w:val="28"/>
          <w:szCs w:val="28"/>
          <w:highlight w:val="yellow"/>
          <w:lang w:eastAsia="zh-TW"/>
        </w:rPr>
        <w:t>3份表單均已完整填寫及簽章</w:t>
      </w:r>
      <w:r w:rsidR="00152250" w:rsidRPr="00ED01D1">
        <w:rPr>
          <w:rFonts w:ascii="標楷體" w:eastAsia="標楷體" w:hAnsi="標楷體"/>
          <w:sz w:val="28"/>
          <w:szCs w:val="28"/>
          <w:highlight w:val="yellow"/>
          <w:lang w:eastAsia="zh-TW"/>
        </w:rPr>
        <w:t>，於115年</w:t>
      </w:r>
      <w:r w:rsidR="008A418C">
        <w:rPr>
          <w:rFonts w:ascii="標楷體" w:eastAsia="標楷體" w:hAnsi="標楷體" w:hint="eastAsia"/>
          <w:sz w:val="28"/>
          <w:szCs w:val="28"/>
          <w:highlight w:val="yellow"/>
          <w:lang w:eastAsia="zh-TW"/>
        </w:rPr>
        <w:t>9</w:t>
      </w:r>
      <w:r w:rsidR="00152250" w:rsidRPr="00ED01D1">
        <w:rPr>
          <w:rFonts w:ascii="標楷體" w:eastAsia="標楷體" w:hAnsi="標楷體"/>
          <w:sz w:val="28"/>
          <w:szCs w:val="28"/>
          <w:highlight w:val="yellow"/>
          <w:lang w:eastAsia="zh-TW"/>
        </w:rPr>
        <w:t>月</w:t>
      </w:r>
      <w:r w:rsidR="008A418C">
        <w:rPr>
          <w:rFonts w:ascii="標楷體" w:eastAsia="標楷體" w:hAnsi="標楷體" w:hint="eastAsia"/>
          <w:sz w:val="28"/>
          <w:szCs w:val="28"/>
          <w:highlight w:val="yellow"/>
          <w:lang w:eastAsia="zh-TW"/>
        </w:rPr>
        <w:t>30</w:t>
      </w:r>
      <w:r w:rsidR="00152250" w:rsidRPr="00ED01D1">
        <w:rPr>
          <w:rFonts w:ascii="標楷體" w:eastAsia="標楷體" w:hAnsi="標楷體"/>
          <w:sz w:val="28"/>
          <w:szCs w:val="28"/>
          <w:highlight w:val="yellow"/>
          <w:lang w:eastAsia="zh-TW"/>
        </w:rPr>
        <w:t>日（</w:t>
      </w:r>
      <w:r w:rsidR="008A418C">
        <w:rPr>
          <w:rFonts w:ascii="標楷體" w:eastAsia="標楷體" w:hAnsi="標楷體" w:hint="eastAsia"/>
          <w:sz w:val="28"/>
          <w:szCs w:val="28"/>
          <w:highlight w:val="yellow"/>
          <w:lang w:eastAsia="zh-TW"/>
        </w:rPr>
        <w:t>三</w:t>
      </w:r>
      <w:r w:rsidR="00152250" w:rsidRPr="00ED01D1">
        <w:rPr>
          <w:rFonts w:ascii="標楷體" w:eastAsia="標楷體" w:hAnsi="標楷體"/>
          <w:sz w:val="28"/>
          <w:szCs w:val="28"/>
          <w:highlight w:val="yellow"/>
          <w:lang w:eastAsia="zh-TW"/>
        </w:rPr>
        <w:t>）前回寄或繳交至本校，由學校統一彙整後送交相關單位辦理。</w:t>
      </w:r>
    </w:p>
    <w:p w14:paraId="061E75D1" w14:textId="77777777" w:rsidR="00014E76" w:rsidRPr="00152250" w:rsidRDefault="00152250">
      <w:pPr>
        <w:spacing w:after="140" w:line="324" w:lineRule="auto"/>
        <w:ind w:firstLine="482"/>
        <w:rPr>
          <w:rFonts w:ascii="標楷體" w:eastAsia="標楷體" w:hAnsi="標楷體"/>
          <w:sz w:val="28"/>
          <w:szCs w:val="28"/>
          <w:lang w:eastAsia="zh-TW"/>
        </w:rPr>
      </w:pPr>
      <w:r w:rsidRPr="00152250">
        <w:rPr>
          <w:rFonts w:ascii="標楷體" w:eastAsia="標楷體" w:hAnsi="標楷體"/>
          <w:sz w:val="28"/>
          <w:szCs w:val="28"/>
          <w:lang w:eastAsia="zh-TW"/>
        </w:rPr>
        <w:t>問題油品之購買憑證及學校供餐相關佐證資料，將由學校依實際採購情形彙整提供；請</w:t>
      </w:r>
      <w:r w:rsidR="00960316" w:rsidRPr="00152250">
        <w:rPr>
          <w:rFonts w:ascii="標楷體" w:eastAsia="標楷體" w:hAnsi="標楷體"/>
          <w:sz w:val="28"/>
          <w:szCs w:val="28"/>
          <w:lang w:eastAsia="zh-TW"/>
        </w:rPr>
        <w:t>家長送件前</w:t>
      </w:r>
      <w:r w:rsidRPr="00152250">
        <w:rPr>
          <w:rFonts w:ascii="標楷體" w:eastAsia="標楷體" w:hAnsi="標楷體"/>
          <w:sz w:val="28"/>
          <w:szCs w:val="28"/>
          <w:lang w:eastAsia="zh-TW"/>
        </w:rPr>
        <w:t>再次確認</w:t>
      </w:r>
      <w:r w:rsidR="00BB477D">
        <w:rPr>
          <w:rFonts w:ascii="標楷體" w:eastAsia="標楷體" w:hAnsi="標楷體" w:hint="eastAsia"/>
          <w:sz w:val="28"/>
          <w:szCs w:val="28"/>
          <w:lang w:eastAsia="zh-TW"/>
        </w:rPr>
        <w:t>3份</w:t>
      </w:r>
      <w:r w:rsidRPr="00152250">
        <w:rPr>
          <w:rFonts w:ascii="標楷體" w:eastAsia="標楷體" w:hAnsi="標楷體"/>
          <w:sz w:val="28"/>
          <w:szCs w:val="28"/>
          <w:lang w:eastAsia="zh-TW"/>
        </w:rPr>
        <w:t>表單均已</w:t>
      </w:r>
      <w:r w:rsidR="00BB477D">
        <w:rPr>
          <w:rFonts w:ascii="標楷體" w:eastAsia="標楷體" w:hAnsi="標楷體" w:hint="eastAsia"/>
          <w:sz w:val="28"/>
          <w:szCs w:val="28"/>
          <w:lang w:eastAsia="zh-TW"/>
        </w:rPr>
        <w:t>填畢</w:t>
      </w:r>
      <w:r w:rsidRPr="00152250">
        <w:rPr>
          <w:rFonts w:ascii="標楷體" w:eastAsia="標楷體" w:hAnsi="標楷體"/>
          <w:sz w:val="28"/>
          <w:szCs w:val="28"/>
          <w:lang w:eastAsia="zh-TW"/>
        </w:rPr>
        <w:t>，以利後續訴訟作業。</w:t>
      </w:r>
    </w:p>
    <w:p w14:paraId="599A75EB" w14:textId="4ED5C800" w:rsidR="00014E76" w:rsidRPr="00152250" w:rsidRDefault="00152250">
      <w:pPr>
        <w:spacing w:before="80" w:after="80"/>
        <w:rPr>
          <w:rFonts w:ascii="標楷體" w:eastAsia="標楷體" w:hAnsi="標楷體"/>
          <w:sz w:val="28"/>
          <w:szCs w:val="28"/>
          <w:lang w:eastAsia="zh-TW"/>
        </w:rPr>
      </w:pPr>
      <w:r w:rsidRPr="00152250">
        <w:rPr>
          <w:rFonts w:ascii="標楷體" w:eastAsia="標楷體" w:hAnsi="標楷體"/>
          <w:sz w:val="28"/>
          <w:szCs w:val="28"/>
          <w:lang w:eastAsia="zh-TW"/>
        </w:rPr>
        <w:t>如有相關疑問，請洽本校</w:t>
      </w:r>
      <w:r w:rsidR="00CD728A">
        <w:rPr>
          <w:rFonts w:ascii="標楷體" w:eastAsia="標楷體" w:hAnsi="標楷體" w:hint="eastAsia"/>
          <w:sz w:val="28"/>
          <w:szCs w:val="28"/>
          <w:lang w:eastAsia="zh-TW"/>
        </w:rPr>
        <w:t>聯絡人</w:t>
      </w:r>
      <w:r w:rsidRPr="00152250">
        <w:rPr>
          <w:rFonts w:ascii="標楷體" w:eastAsia="標楷體" w:hAnsi="標楷體"/>
          <w:sz w:val="28"/>
          <w:szCs w:val="28"/>
          <w:lang w:eastAsia="zh-TW"/>
        </w:rPr>
        <w:t>：</w:t>
      </w:r>
      <w:r w:rsidR="00901167">
        <w:rPr>
          <w:rFonts w:ascii="標楷體" w:eastAsia="標楷體" w:hAnsi="標楷體" w:hint="eastAsia"/>
          <w:sz w:val="28"/>
          <w:szCs w:val="28"/>
          <w:lang w:eastAsia="zh-TW"/>
        </w:rPr>
        <w:t>午餐秘書王怡青</w:t>
      </w:r>
    </w:p>
    <w:p w14:paraId="15AA8B8B" w14:textId="0D4E74FA" w:rsidR="00014E76" w:rsidRPr="00152250" w:rsidRDefault="00152250">
      <w:pPr>
        <w:rPr>
          <w:rFonts w:ascii="標楷體" w:eastAsia="標楷體" w:hAnsi="標楷體"/>
          <w:sz w:val="28"/>
          <w:szCs w:val="28"/>
          <w:lang w:eastAsia="zh-TW"/>
        </w:rPr>
      </w:pPr>
      <w:r w:rsidRPr="00152250">
        <w:rPr>
          <w:rFonts w:ascii="標楷體" w:eastAsia="標楷體" w:hAnsi="標楷體"/>
          <w:sz w:val="28"/>
          <w:szCs w:val="28"/>
          <w:lang w:eastAsia="zh-TW"/>
        </w:rPr>
        <w:t>聯絡電話：</w:t>
      </w:r>
      <w:r w:rsidR="00CF26E8">
        <w:rPr>
          <w:rFonts w:ascii="標楷體" w:eastAsia="標楷體" w:hAnsi="標楷體" w:hint="eastAsia"/>
          <w:sz w:val="28"/>
          <w:szCs w:val="28"/>
          <w:lang w:eastAsia="zh-TW"/>
        </w:rPr>
        <w:t>03</w:t>
      </w:r>
      <w:r w:rsidRPr="00152250">
        <w:rPr>
          <w:rFonts w:ascii="標楷體" w:eastAsia="標楷體" w:hAnsi="標楷體"/>
          <w:sz w:val="28"/>
          <w:szCs w:val="28"/>
          <w:lang w:eastAsia="zh-TW"/>
        </w:rPr>
        <w:t>-</w:t>
      </w:r>
      <w:r w:rsidR="00CF26E8">
        <w:rPr>
          <w:rFonts w:ascii="標楷體" w:eastAsia="標楷體" w:hAnsi="標楷體" w:hint="eastAsia"/>
          <w:sz w:val="28"/>
          <w:szCs w:val="28"/>
          <w:lang w:eastAsia="zh-TW"/>
        </w:rPr>
        <w:t>6668421#131</w:t>
      </w:r>
    </w:p>
    <w:p w14:paraId="4AB81ECC" w14:textId="77777777" w:rsidR="00014E76" w:rsidRDefault="00152250">
      <w:pPr>
        <w:spacing w:after="240"/>
        <w:rPr>
          <w:rFonts w:ascii="標楷體" w:eastAsia="標楷體" w:hAnsi="標楷體"/>
          <w:sz w:val="28"/>
          <w:szCs w:val="28"/>
          <w:lang w:eastAsia="zh-TW"/>
        </w:rPr>
      </w:pPr>
      <w:r w:rsidRPr="00152250">
        <w:rPr>
          <w:rFonts w:ascii="標楷體" w:eastAsia="標楷體" w:hAnsi="標楷體"/>
          <w:sz w:val="28"/>
          <w:szCs w:val="28"/>
          <w:lang w:eastAsia="zh-TW"/>
        </w:rPr>
        <w:t>感謝家長的理解與配合。</w:t>
      </w:r>
    </w:p>
    <w:p w14:paraId="14826702" w14:textId="77777777" w:rsidR="00152250" w:rsidRPr="00152250" w:rsidRDefault="00152250">
      <w:pPr>
        <w:spacing w:after="60"/>
        <w:jc w:val="right"/>
        <w:rPr>
          <w:rFonts w:ascii="標楷體" w:eastAsia="標楷體" w:hAnsi="標楷體"/>
          <w:b/>
          <w:sz w:val="28"/>
          <w:szCs w:val="28"/>
          <w:lang w:eastAsia="zh-TW"/>
        </w:rPr>
      </w:pPr>
    </w:p>
    <w:p w14:paraId="69B6649B" w14:textId="03F3ECD9" w:rsidR="00014E76" w:rsidRPr="00152250" w:rsidRDefault="00152250">
      <w:pPr>
        <w:spacing w:after="60"/>
        <w:jc w:val="right"/>
        <w:rPr>
          <w:rFonts w:ascii="標楷體" w:eastAsia="標楷體" w:hAnsi="標楷體"/>
          <w:sz w:val="28"/>
          <w:szCs w:val="28"/>
          <w:lang w:eastAsia="zh-TW"/>
        </w:rPr>
      </w:pPr>
      <w:r w:rsidRPr="00152250">
        <w:rPr>
          <w:rFonts w:ascii="標楷體" w:eastAsia="標楷體" w:hAnsi="標楷體" w:hint="eastAsia"/>
          <w:b/>
          <w:sz w:val="28"/>
          <w:szCs w:val="28"/>
          <w:lang w:eastAsia="zh-TW"/>
        </w:rPr>
        <w:t>新竹</w:t>
      </w:r>
      <w:r w:rsidRPr="00152250">
        <w:rPr>
          <w:rFonts w:ascii="標楷體" w:eastAsia="標楷體" w:hAnsi="標楷體"/>
          <w:b/>
          <w:sz w:val="28"/>
          <w:szCs w:val="28"/>
          <w:lang w:eastAsia="zh-TW"/>
        </w:rPr>
        <w:t>市</w:t>
      </w:r>
      <w:r w:rsidR="008A418C">
        <w:rPr>
          <w:rFonts w:ascii="標楷體" w:eastAsia="標楷體" w:hAnsi="標楷體" w:hint="eastAsia"/>
          <w:b/>
          <w:sz w:val="28"/>
          <w:szCs w:val="28"/>
          <w:lang w:eastAsia="zh-TW"/>
        </w:rPr>
        <w:t>東區科園</w:t>
      </w:r>
      <w:r w:rsidRPr="00152250">
        <w:rPr>
          <w:rFonts w:ascii="標楷體" w:eastAsia="標楷體" w:hAnsi="標楷體"/>
          <w:b/>
          <w:sz w:val="28"/>
          <w:szCs w:val="28"/>
          <w:lang w:eastAsia="zh-TW"/>
        </w:rPr>
        <w:t>國民</w:t>
      </w:r>
      <w:r w:rsidR="008A418C">
        <w:rPr>
          <w:rFonts w:ascii="標楷體" w:eastAsia="標楷體" w:hAnsi="標楷體" w:hint="eastAsia"/>
          <w:b/>
          <w:sz w:val="28"/>
          <w:szCs w:val="28"/>
          <w:lang w:eastAsia="zh-TW"/>
        </w:rPr>
        <w:t>小</w:t>
      </w:r>
      <w:r w:rsidRPr="00152250">
        <w:rPr>
          <w:rFonts w:ascii="標楷體" w:eastAsia="標楷體" w:hAnsi="標楷體"/>
          <w:b/>
          <w:sz w:val="28"/>
          <w:szCs w:val="28"/>
          <w:lang w:eastAsia="zh-TW"/>
        </w:rPr>
        <w:t>學 敬</w:t>
      </w:r>
      <w:r w:rsidRPr="00152250">
        <w:rPr>
          <w:rFonts w:ascii="標楷體" w:eastAsia="標楷體" w:hAnsi="標楷體" w:hint="eastAsia"/>
          <w:b/>
          <w:sz w:val="28"/>
          <w:szCs w:val="28"/>
          <w:lang w:eastAsia="zh-TW"/>
        </w:rPr>
        <w:t>上</w:t>
      </w:r>
    </w:p>
    <w:p w14:paraId="153E86F2" w14:textId="523CAC6C" w:rsidR="00014E76" w:rsidRPr="00152250" w:rsidRDefault="00152250">
      <w:pPr>
        <w:jc w:val="right"/>
        <w:rPr>
          <w:rFonts w:ascii="標楷體" w:eastAsia="標楷體" w:hAnsi="標楷體"/>
          <w:sz w:val="28"/>
          <w:szCs w:val="28"/>
        </w:rPr>
      </w:pPr>
      <w:r w:rsidRPr="00152250">
        <w:rPr>
          <w:rFonts w:ascii="標楷體" w:eastAsia="標楷體" w:hAnsi="標楷體"/>
          <w:sz w:val="28"/>
          <w:szCs w:val="28"/>
        </w:rPr>
        <w:t>中華民國115年</w:t>
      </w:r>
      <w:r w:rsidR="00AB1358">
        <w:rPr>
          <w:rFonts w:ascii="標楷體" w:eastAsia="標楷體" w:hAnsi="標楷體" w:hint="eastAsia"/>
          <w:sz w:val="28"/>
          <w:szCs w:val="28"/>
          <w:lang w:eastAsia="zh-TW"/>
        </w:rPr>
        <w:t>9</w:t>
      </w:r>
      <w:r w:rsidRPr="00152250">
        <w:rPr>
          <w:rFonts w:ascii="標楷體" w:eastAsia="標楷體" w:hAnsi="標楷體"/>
          <w:sz w:val="28"/>
          <w:szCs w:val="28"/>
        </w:rPr>
        <w:t>月</w:t>
      </w:r>
      <w:r w:rsidR="008A418C">
        <w:rPr>
          <w:rFonts w:ascii="標楷體" w:eastAsia="標楷體" w:hAnsi="標楷體" w:hint="eastAsia"/>
          <w:sz w:val="28"/>
          <w:szCs w:val="28"/>
          <w:lang w:eastAsia="zh-TW"/>
        </w:rPr>
        <w:t>1</w:t>
      </w:r>
      <w:r w:rsidRPr="00152250">
        <w:rPr>
          <w:rFonts w:ascii="標楷體" w:eastAsia="標楷體" w:hAnsi="標楷體"/>
          <w:sz w:val="28"/>
          <w:szCs w:val="28"/>
        </w:rPr>
        <w:t>日</w:t>
      </w:r>
    </w:p>
    <w:sectPr w:rsidR="00014E76" w:rsidRPr="00152250" w:rsidSect="00034616">
      <w:pgSz w:w="12240" w:h="15840"/>
      <w:pgMar w:top="964" w:right="1134" w:bottom="96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0612E" w14:textId="77777777" w:rsidR="00262626" w:rsidRDefault="00262626" w:rsidP="00C27C05">
      <w:pPr>
        <w:spacing w:after="0" w:line="240" w:lineRule="auto"/>
      </w:pPr>
      <w:r>
        <w:separator/>
      </w:r>
    </w:p>
  </w:endnote>
  <w:endnote w:type="continuationSeparator" w:id="0">
    <w:p w14:paraId="1F20E7CA" w14:textId="77777777" w:rsidR="00262626" w:rsidRDefault="00262626" w:rsidP="00C27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標楷體">
    <w:altName w:val="DF Kai Shu"/>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67FA6" w14:textId="77777777" w:rsidR="00262626" w:rsidRDefault="00262626" w:rsidP="00C27C05">
      <w:pPr>
        <w:spacing w:after="0" w:line="240" w:lineRule="auto"/>
      </w:pPr>
      <w:r>
        <w:separator/>
      </w:r>
    </w:p>
  </w:footnote>
  <w:footnote w:type="continuationSeparator" w:id="0">
    <w:p w14:paraId="785D1D42" w14:textId="77777777" w:rsidR="00262626" w:rsidRDefault="00262626" w:rsidP="00C27C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E76"/>
    <w:rsid w:val="00034616"/>
    <w:rsid w:val="000374BC"/>
    <w:rsid w:val="0006063C"/>
    <w:rsid w:val="00097A80"/>
    <w:rsid w:val="000C0059"/>
    <w:rsid w:val="0015074B"/>
    <w:rsid w:val="00152250"/>
    <w:rsid w:val="00262626"/>
    <w:rsid w:val="0029097F"/>
    <w:rsid w:val="0029639D"/>
    <w:rsid w:val="00326F90"/>
    <w:rsid w:val="00452B24"/>
    <w:rsid w:val="00480935"/>
    <w:rsid w:val="004F6263"/>
    <w:rsid w:val="005F5F6E"/>
    <w:rsid w:val="006C38C1"/>
    <w:rsid w:val="007317FB"/>
    <w:rsid w:val="00785751"/>
    <w:rsid w:val="008A3FB0"/>
    <w:rsid w:val="008A418C"/>
    <w:rsid w:val="00901167"/>
    <w:rsid w:val="00931EF6"/>
    <w:rsid w:val="00960316"/>
    <w:rsid w:val="00A817C7"/>
    <w:rsid w:val="00AA1D8D"/>
    <w:rsid w:val="00AB1358"/>
    <w:rsid w:val="00AB59F1"/>
    <w:rsid w:val="00AE4BB3"/>
    <w:rsid w:val="00B47730"/>
    <w:rsid w:val="00BB477D"/>
    <w:rsid w:val="00BF04E4"/>
    <w:rsid w:val="00C02BD5"/>
    <w:rsid w:val="00C06941"/>
    <w:rsid w:val="00C15323"/>
    <w:rsid w:val="00C25EBE"/>
    <w:rsid w:val="00C27C05"/>
    <w:rsid w:val="00CA14CA"/>
    <w:rsid w:val="00CB0664"/>
    <w:rsid w:val="00CD728A"/>
    <w:rsid w:val="00CF26E8"/>
    <w:rsid w:val="00D223CB"/>
    <w:rsid w:val="00DD0755"/>
    <w:rsid w:val="00DD3F03"/>
    <w:rsid w:val="00ED01D1"/>
    <w:rsid w:val="00F3568A"/>
    <w:rsid w:val="00F839C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C5270C0"/>
  <w14:defaultImageDpi w14:val="300"/>
  <w15:docId w15:val="{05C2B200-2B22-4F35-A9B1-6FB1ECF3E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微軟正黑體" w:eastAsia="微軟正黑體" w:hAnsi="微軟正黑體"/>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88D58-13D8-4322-9A29-1C506AE0A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Pages>
  <Words>81</Words>
  <Characters>468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翁雯亭</dc:creator>
  <cp:keywords/>
  <dc:description>generated by python-docx</dc:description>
  <cp:lastModifiedBy>User</cp:lastModifiedBy>
  <cp:revision>13</cp:revision>
  <dcterms:created xsi:type="dcterms:W3CDTF">2026-08-26T06:39:00Z</dcterms:created>
  <dcterms:modified xsi:type="dcterms:W3CDTF">2026-08-31T00:48:00Z</dcterms:modified>
  <cp:category/>
</cp:coreProperties>
</file>